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9B2E44" w14:paraId="614573D1" w14:textId="77777777">
        <w:trPr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A95F1" w14:textId="77777777" w:rsidR="009B2E44" w:rsidRPr="000D5B18" w:rsidRDefault="00000000">
            <w:pPr>
              <w:spacing w:after="40" w:line="240" w:lineRule="auto"/>
              <w:jc w:val="center"/>
              <w:rPr>
                <w:lang w:val="pl-PL"/>
              </w:rPr>
            </w:pPr>
            <w:r w:rsidRPr="000D5B18">
              <w:rPr>
                <w:lang w:val="pl-PL"/>
              </w:rPr>
              <w:t>......................................................</w:t>
            </w:r>
          </w:p>
          <w:p w14:paraId="74D6FE9D" w14:textId="77777777" w:rsidR="009B2E44" w:rsidRPr="000D5B18" w:rsidRDefault="00000000">
            <w:pPr>
              <w:spacing w:after="260" w:line="240" w:lineRule="auto"/>
              <w:jc w:val="center"/>
              <w:rPr>
                <w:lang w:val="pl-PL"/>
              </w:rPr>
            </w:pPr>
            <w:r w:rsidRPr="000D5B18">
              <w:rPr>
                <w:sz w:val="22"/>
                <w:lang w:val="pl-PL"/>
              </w:rPr>
              <w:t>(imię i nazwisko)</w:t>
            </w:r>
          </w:p>
          <w:p w14:paraId="76F2B27C" w14:textId="77777777" w:rsidR="009B2E44" w:rsidRPr="000D5B18" w:rsidRDefault="00000000">
            <w:pPr>
              <w:spacing w:after="40" w:line="240" w:lineRule="auto"/>
              <w:jc w:val="center"/>
              <w:rPr>
                <w:lang w:val="pl-PL"/>
              </w:rPr>
            </w:pPr>
            <w:r w:rsidRPr="000D5B18">
              <w:rPr>
                <w:lang w:val="pl-PL"/>
              </w:rPr>
              <w:t>......................................................</w:t>
            </w:r>
          </w:p>
          <w:p w14:paraId="57B63D26" w14:textId="77777777" w:rsidR="009B2E44" w:rsidRPr="000D5B18" w:rsidRDefault="00000000">
            <w:pPr>
              <w:spacing w:after="260" w:line="240" w:lineRule="auto"/>
              <w:jc w:val="center"/>
              <w:rPr>
                <w:lang w:val="pl-PL"/>
              </w:rPr>
            </w:pPr>
            <w:r w:rsidRPr="000D5B18">
              <w:rPr>
                <w:sz w:val="22"/>
                <w:lang w:val="pl-PL"/>
              </w:rPr>
              <w:t>(adres)</w:t>
            </w:r>
          </w:p>
          <w:p w14:paraId="0554CF9F" w14:textId="77777777" w:rsidR="009B2E44" w:rsidRPr="000D5B18" w:rsidRDefault="00000000">
            <w:pPr>
              <w:spacing w:after="40" w:line="240" w:lineRule="auto"/>
              <w:jc w:val="center"/>
              <w:rPr>
                <w:lang w:val="pl-PL"/>
              </w:rPr>
            </w:pPr>
            <w:r w:rsidRPr="000D5B18">
              <w:rPr>
                <w:lang w:val="pl-PL"/>
              </w:rPr>
              <w:t>......................................................</w:t>
            </w:r>
          </w:p>
          <w:p w14:paraId="21ADC10F" w14:textId="77777777" w:rsidR="009B2E44" w:rsidRPr="000D5B18" w:rsidRDefault="00000000">
            <w:pPr>
              <w:spacing w:after="0" w:line="240" w:lineRule="auto"/>
              <w:jc w:val="center"/>
              <w:rPr>
                <w:lang w:val="pl-PL"/>
              </w:rPr>
            </w:pPr>
            <w:r w:rsidRPr="000D5B18">
              <w:rPr>
                <w:sz w:val="22"/>
                <w:lang w:val="pl-PL"/>
              </w:rPr>
              <w:t>(telefon)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1C11" w14:textId="77777777" w:rsidR="009B2E44" w:rsidRDefault="00000000">
            <w:pPr>
              <w:spacing w:after="0" w:line="240" w:lineRule="auto"/>
              <w:jc w:val="right"/>
            </w:pPr>
            <w:r>
              <w:t>..........................dn....................</w:t>
            </w:r>
          </w:p>
        </w:tc>
      </w:tr>
    </w:tbl>
    <w:p w14:paraId="7C915BE3" w14:textId="77777777" w:rsidR="000D5B18" w:rsidRDefault="000D5B18" w:rsidP="000D5B18">
      <w:pPr>
        <w:spacing w:after="240" w:line="360" w:lineRule="auto"/>
        <w:ind w:left="4762"/>
        <w:jc w:val="center"/>
      </w:pPr>
    </w:p>
    <w:p w14:paraId="4BBE9F5B" w14:textId="5A2946E3" w:rsidR="009B2E44" w:rsidRPr="000D5B18" w:rsidRDefault="000D5B18" w:rsidP="000D5B18">
      <w:pPr>
        <w:spacing w:after="240" w:line="360" w:lineRule="auto"/>
        <w:ind w:left="4762"/>
        <w:jc w:val="center"/>
        <w:rPr>
          <w:lang w:val="pl-PL"/>
        </w:rPr>
      </w:pPr>
      <w:r w:rsidRPr="000D5B18">
        <w:rPr>
          <w:lang w:val="pl-PL"/>
        </w:rPr>
        <w:t xml:space="preserve">Powiatowy Lekarz Weterynarii </w:t>
      </w:r>
      <w:r>
        <w:rPr>
          <w:lang w:val="pl-PL"/>
        </w:rPr>
        <w:br/>
      </w:r>
      <w:r w:rsidRPr="000D5B18">
        <w:rPr>
          <w:lang w:val="pl-PL"/>
        </w:rPr>
        <w:t xml:space="preserve">w </w:t>
      </w:r>
      <w:r>
        <w:rPr>
          <w:lang w:val="pl-PL"/>
        </w:rPr>
        <w:t>Strzelinie</w:t>
      </w:r>
      <w:r>
        <w:rPr>
          <w:lang w:val="pl-PL"/>
        </w:rPr>
        <w:br/>
      </w:r>
      <w:r w:rsidRPr="000D5B18">
        <w:rPr>
          <w:lang w:val="pl-PL"/>
        </w:rPr>
        <w:t>ul. Brzegowa 6</w:t>
      </w:r>
      <w:r>
        <w:rPr>
          <w:lang w:val="pl-PL"/>
        </w:rPr>
        <w:t>3</w:t>
      </w:r>
      <w:r>
        <w:rPr>
          <w:lang w:val="pl-PL"/>
        </w:rPr>
        <w:br/>
      </w:r>
      <w:r w:rsidRPr="000D5B18">
        <w:rPr>
          <w:lang w:val="pl-PL"/>
        </w:rPr>
        <w:t>57-100 Strzelin</w:t>
      </w:r>
    </w:p>
    <w:p w14:paraId="6AF45626" w14:textId="45372B26" w:rsidR="009B2E44" w:rsidRPr="000D5B18" w:rsidRDefault="00000000" w:rsidP="000D5B18">
      <w:pPr>
        <w:spacing w:before="640" w:after="600" w:line="360" w:lineRule="auto"/>
        <w:jc w:val="center"/>
        <w:rPr>
          <w:szCs w:val="24"/>
          <w:lang w:val="pl-PL"/>
        </w:rPr>
      </w:pPr>
      <w:r w:rsidRPr="000D5B18">
        <w:rPr>
          <w:b/>
          <w:szCs w:val="24"/>
          <w:lang w:val="pl-PL"/>
        </w:rPr>
        <w:t>Zgłoszenie utrzymywania drobiu</w:t>
      </w:r>
    </w:p>
    <w:p w14:paraId="4E5CF0D7" w14:textId="77777777" w:rsidR="000D5B18" w:rsidRDefault="00000000" w:rsidP="000D5B18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240" w:after="80" w:line="360" w:lineRule="auto"/>
        <w:rPr>
          <w:szCs w:val="24"/>
          <w:lang w:val="pl-PL"/>
        </w:rPr>
      </w:pPr>
      <w:r w:rsidRPr="000D5B18">
        <w:rPr>
          <w:szCs w:val="24"/>
          <w:lang w:val="pl-PL"/>
        </w:rPr>
        <w:t>Adres miejsca utrzymywania drobiu</w:t>
      </w:r>
      <w:r w:rsidR="000D5B18">
        <w:rPr>
          <w:szCs w:val="24"/>
          <w:lang w:val="pl-PL"/>
        </w:rPr>
        <w:t>:</w:t>
      </w:r>
      <w:r w:rsidRPr="000D5B18">
        <w:rPr>
          <w:szCs w:val="24"/>
          <w:lang w:val="pl-PL"/>
        </w:rPr>
        <w:tab/>
      </w:r>
    </w:p>
    <w:p w14:paraId="6F17D8EA" w14:textId="6E49042E" w:rsidR="000D5B18" w:rsidRPr="000D5B18" w:rsidRDefault="000D5B18" w:rsidP="000D5B18">
      <w:pPr>
        <w:pStyle w:val="Akapitzlist"/>
        <w:tabs>
          <w:tab w:val="right" w:leader="dot" w:pos="9072"/>
        </w:tabs>
        <w:spacing w:before="240" w:after="80" w:line="360" w:lineRule="auto"/>
        <w:rPr>
          <w:szCs w:val="24"/>
          <w:lang w:val="pl-PL"/>
        </w:rPr>
      </w:pPr>
      <w:r w:rsidRPr="000D5B18">
        <w:rPr>
          <w:szCs w:val="24"/>
          <w:lang w:val="pl-PL"/>
        </w:rPr>
        <w:t>…</w:t>
      </w:r>
      <w:r>
        <w:rPr>
          <w:szCs w:val="24"/>
          <w:lang w:val="pl-PL"/>
        </w:rPr>
        <w:t>………………………………………………………………………………………..</w:t>
      </w:r>
      <w:r w:rsidRPr="000D5B18">
        <w:rPr>
          <w:szCs w:val="24"/>
          <w:lang w:val="pl-PL"/>
        </w:rPr>
        <w:br/>
        <w:t>…………………………………………………………………………………………</w:t>
      </w:r>
      <w:r>
        <w:rPr>
          <w:szCs w:val="24"/>
          <w:lang w:val="pl-PL"/>
        </w:rPr>
        <w:t>..</w:t>
      </w:r>
      <w:r w:rsidRPr="000D5B18">
        <w:rPr>
          <w:szCs w:val="24"/>
          <w:lang w:val="pl-PL"/>
        </w:rPr>
        <w:t>……</w:t>
      </w:r>
      <w:r>
        <w:rPr>
          <w:szCs w:val="24"/>
          <w:lang w:val="pl-PL"/>
        </w:rPr>
        <w:t>…………………………………………………………………………………..…</w:t>
      </w:r>
    </w:p>
    <w:p w14:paraId="561249F4" w14:textId="31AEDF8E" w:rsidR="009B2E44" w:rsidRPr="000D5B18" w:rsidRDefault="00000000" w:rsidP="000D5B18">
      <w:pPr>
        <w:pStyle w:val="Akapitzlist"/>
        <w:numPr>
          <w:ilvl w:val="0"/>
          <w:numId w:val="11"/>
        </w:numPr>
        <w:tabs>
          <w:tab w:val="right" w:leader="dot" w:pos="9638"/>
        </w:tabs>
        <w:spacing w:after="0" w:line="360" w:lineRule="auto"/>
        <w:rPr>
          <w:szCs w:val="24"/>
          <w:lang w:val="pl-PL"/>
        </w:rPr>
      </w:pPr>
      <w:r w:rsidRPr="000D5B18">
        <w:rPr>
          <w:szCs w:val="24"/>
          <w:lang w:val="pl-PL"/>
        </w:rPr>
        <w:t xml:space="preserve">Gatunki i </w:t>
      </w:r>
      <w:r w:rsidR="000D5B18">
        <w:rPr>
          <w:szCs w:val="24"/>
          <w:lang w:val="pl-PL"/>
        </w:rPr>
        <w:t xml:space="preserve">liczba </w:t>
      </w:r>
      <w:r w:rsidRPr="000D5B18">
        <w:rPr>
          <w:szCs w:val="24"/>
          <w:lang w:val="pl-PL"/>
        </w:rPr>
        <w:t>utrzymywanego drobiu:</w:t>
      </w:r>
    </w:p>
    <w:p w14:paraId="16ABF45A" w14:textId="77777777" w:rsidR="009B2E44" w:rsidRPr="000D5B18" w:rsidRDefault="00000000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  <w:r w:rsidRPr="000D5B18">
        <w:rPr>
          <w:szCs w:val="24"/>
          <w:lang w:val="pl-PL"/>
        </w:rPr>
        <w:t>Kury</w:t>
      </w:r>
      <w:r w:rsidRPr="000D5B18">
        <w:rPr>
          <w:szCs w:val="24"/>
          <w:lang w:val="pl-PL"/>
        </w:rPr>
        <w:tab/>
        <w:t>sztuk</w:t>
      </w:r>
    </w:p>
    <w:p w14:paraId="5DC9EAF3" w14:textId="77777777" w:rsidR="009B2E44" w:rsidRPr="000D5B18" w:rsidRDefault="00000000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  <w:r w:rsidRPr="000D5B18">
        <w:rPr>
          <w:szCs w:val="24"/>
          <w:lang w:val="pl-PL"/>
        </w:rPr>
        <w:t>Gęsi</w:t>
      </w:r>
      <w:r w:rsidRPr="000D5B18">
        <w:rPr>
          <w:szCs w:val="24"/>
          <w:lang w:val="pl-PL"/>
        </w:rPr>
        <w:tab/>
        <w:t>sztuk</w:t>
      </w:r>
    </w:p>
    <w:p w14:paraId="26474658" w14:textId="77777777" w:rsidR="009B2E44" w:rsidRPr="000D5B18" w:rsidRDefault="00000000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  <w:r w:rsidRPr="000D5B18">
        <w:rPr>
          <w:szCs w:val="24"/>
          <w:lang w:val="pl-PL"/>
        </w:rPr>
        <w:t>Kaczki</w:t>
      </w:r>
      <w:r w:rsidRPr="000D5B18">
        <w:rPr>
          <w:szCs w:val="24"/>
          <w:lang w:val="pl-PL"/>
        </w:rPr>
        <w:tab/>
        <w:t>sztuk</w:t>
      </w:r>
    </w:p>
    <w:p w14:paraId="17625E2F" w14:textId="77777777" w:rsidR="009B2E44" w:rsidRPr="000D5B18" w:rsidRDefault="00000000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  <w:r w:rsidRPr="000D5B18">
        <w:rPr>
          <w:szCs w:val="24"/>
          <w:lang w:val="pl-PL"/>
        </w:rPr>
        <w:t>Indyki</w:t>
      </w:r>
      <w:r w:rsidRPr="000D5B18">
        <w:rPr>
          <w:szCs w:val="24"/>
          <w:lang w:val="pl-PL"/>
        </w:rPr>
        <w:tab/>
        <w:t>sztuk</w:t>
      </w:r>
    </w:p>
    <w:p w14:paraId="33C3FE1A" w14:textId="77777777" w:rsidR="009B2E44" w:rsidRPr="000D5B18" w:rsidRDefault="00000000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  <w:r w:rsidRPr="000D5B18">
        <w:rPr>
          <w:szCs w:val="24"/>
          <w:lang w:val="pl-PL"/>
        </w:rPr>
        <w:t>Perliczki</w:t>
      </w:r>
      <w:r w:rsidRPr="000D5B18">
        <w:rPr>
          <w:szCs w:val="24"/>
          <w:lang w:val="pl-PL"/>
        </w:rPr>
        <w:tab/>
        <w:t>sztuk</w:t>
      </w:r>
    </w:p>
    <w:p w14:paraId="50DCDCD5" w14:textId="77777777" w:rsidR="000D5B18" w:rsidRDefault="00000000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  <w:r w:rsidRPr="000D5B18">
        <w:rPr>
          <w:szCs w:val="24"/>
          <w:lang w:val="pl-PL"/>
        </w:rPr>
        <w:t>Inne</w:t>
      </w:r>
      <w:r w:rsidRPr="000D5B18">
        <w:rPr>
          <w:szCs w:val="24"/>
          <w:lang w:val="pl-PL"/>
        </w:rPr>
        <w:tab/>
        <w:t>sztuk</w:t>
      </w:r>
    </w:p>
    <w:p w14:paraId="054DBBCA" w14:textId="77777777" w:rsidR="000D5B18" w:rsidRDefault="000D5B18" w:rsidP="000D5B18">
      <w:pPr>
        <w:tabs>
          <w:tab w:val="right" w:leader="dot" w:pos="3146"/>
        </w:tabs>
        <w:spacing w:after="20" w:line="360" w:lineRule="auto"/>
        <w:ind w:left="822"/>
        <w:rPr>
          <w:szCs w:val="24"/>
          <w:lang w:val="pl-PL"/>
        </w:rPr>
      </w:pPr>
    </w:p>
    <w:p w14:paraId="284FCB7B" w14:textId="234A34F1" w:rsidR="000D5B18" w:rsidRDefault="00000000" w:rsidP="000D5B18">
      <w:pPr>
        <w:pStyle w:val="Akapitzlist"/>
        <w:numPr>
          <w:ilvl w:val="0"/>
          <w:numId w:val="11"/>
        </w:numPr>
        <w:tabs>
          <w:tab w:val="right" w:leader="dot" w:pos="3146"/>
        </w:tabs>
        <w:spacing w:after="20" w:line="360" w:lineRule="auto"/>
        <w:jc w:val="both"/>
        <w:rPr>
          <w:szCs w:val="24"/>
          <w:lang w:val="pl-PL"/>
        </w:rPr>
      </w:pPr>
      <w:r w:rsidRPr="000D5B18">
        <w:rPr>
          <w:szCs w:val="24"/>
          <w:lang w:val="pl-PL"/>
        </w:rPr>
        <w:t xml:space="preserve">Oświadczam, że jestem świadomy zagrożenia wystąpienia grypy ptaków </w:t>
      </w:r>
      <w:r w:rsidR="000D5B18">
        <w:rPr>
          <w:szCs w:val="24"/>
          <w:lang w:val="pl-PL"/>
        </w:rPr>
        <w:br/>
      </w:r>
      <w:r w:rsidRPr="000D5B18">
        <w:rPr>
          <w:szCs w:val="24"/>
          <w:lang w:val="pl-PL"/>
        </w:rPr>
        <w:t>i podjąłem/am niezbędne czynności zabezpieczające utrzymywany przeze mnie drób.</w:t>
      </w:r>
    </w:p>
    <w:p w14:paraId="6400BCD9" w14:textId="77777777" w:rsidR="000D5B18" w:rsidRPr="000D5B18" w:rsidRDefault="000D5B18" w:rsidP="000D5B18">
      <w:pPr>
        <w:tabs>
          <w:tab w:val="right" w:leader="dot" w:pos="3146"/>
        </w:tabs>
        <w:spacing w:after="20" w:line="360" w:lineRule="auto"/>
        <w:ind w:left="360"/>
        <w:jc w:val="both"/>
        <w:rPr>
          <w:szCs w:val="24"/>
          <w:lang w:val="pl-PL"/>
        </w:rPr>
      </w:pPr>
    </w:p>
    <w:p w14:paraId="3C5302DA" w14:textId="09C921EB" w:rsidR="009B2E44" w:rsidRPr="000D5B18" w:rsidRDefault="00000000" w:rsidP="000D5B18">
      <w:pPr>
        <w:spacing w:after="180" w:line="360" w:lineRule="auto"/>
        <w:ind w:left="5953"/>
        <w:jc w:val="center"/>
        <w:rPr>
          <w:szCs w:val="24"/>
        </w:rPr>
      </w:pPr>
      <w:r w:rsidRPr="000D5B18">
        <w:rPr>
          <w:szCs w:val="24"/>
        </w:rPr>
        <w:t>..............................................</w:t>
      </w:r>
    </w:p>
    <w:p w14:paraId="57A127F5" w14:textId="77777777" w:rsidR="009B2E44" w:rsidRPr="000D5B18" w:rsidRDefault="00000000" w:rsidP="000D5B18">
      <w:pPr>
        <w:spacing w:after="0" w:line="360" w:lineRule="auto"/>
        <w:ind w:left="5953"/>
        <w:jc w:val="center"/>
        <w:rPr>
          <w:szCs w:val="24"/>
        </w:rPr>
      </w:pPr>
      <w:r w:rsidRPr="000D5B18">
        <w:rPr>
          <w:szCs w:val="24"/>
        </w:rPr>
        <w:t>(podpis zgłaszającego)</w:t>
      </w:r>
    </w:p>
    <w:sectPr w:rsidR="009B2E44" w:rsidRPr="000D5B18" w:rsidSect="000D5B1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D61F" w14:textId="77777777" w:rsidR="00D1122C" w:rsidRDefault="00D1122C" w:rsidP="000D5B18">
      <w:pPr>
        <w:spacing w:after="0" w:line="240" w:lineRule="auto"/>
      </w:pPr>
      <w:r>
        <w:separator/>
      </w:r>
    </w:p>
  </w:endnote>
  <w:endnote w:type="continuationSeparator" w:id="0">
    <w:p w14:paraId="662D6815" w14:textId="77777777" w:rsidR="00D1122C" w:rsidRDefault="00D1122C" w:rsidP="000D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80A9" w14:textId="77777777" w:rsidR="00D1122C" w:rsidRDefault="00D1122C" w:rsidP="000D5B18">
      <w:pPr>
        <w:spacing w:after="0" w:line="240" w:lineRule="auto"/>
      </w:pPr>
      <w:r>
        <w:separator/>
      </w:r>
    </w:p>
  </w:footnote>
  <w:footnote w:type="continuationSeparator" w:id="0">
    <w:p w14:paraId="6281AEBB" w14:textId="77777777" w:rsidR="00D1122C" w:rsidRDefault="00D1122C" w:rsidP="000D5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553467"/>
    <w:multiLevelType w:val="hybridMultilevel"/>
    <w:tmpl w:val="16C00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930B1"/>
    <w:multiLevelType w:val="hybridMultilevel"/>
    <w:tmpl w:val="7B2A9956"/>
    <w:lvl w:ilvl="0" w:tplc="0415000F">
      <w:start w:val="1"/>
      <w:numFmt w:val="decimal"/>
      <w:lvlText w:val="%1."/>
      <w:lvlJc w:val="left"/>
      <w:pPr>
        <w:ind w:left="1542" w:hanging="360"/>
      </w:pPr>
    </w:lvl>
    <w:lvl w:ilvl="1" w:tplc="04150019" w:tentative="1">
      <w:start w:val="1"/>
      <w:numFmt w:val="lowerLetter"/>
      <w:lvlText w:val="%2."/>
      <w:lvlJc w:val="left"/>
      <w:pPr>
        <w:ind w:left="2262" w:hanging="360"/>
      </w:pPr>
    </w:lvl>
    <w:lvl w:ilvl="2" w:tplc="0415001B" w:tentative="1">
      <w:start w:val="1"/>
      <w:numFmt w:val="lowerRoman"/>
      <w:lvlText w:val="%3."/>
      <w:lvlJc w:val="right"/>
      <w:pPr>
        <w:ind w:left="2982" w:hanging="180"/>
      </w:pPr>
    </w:lvl>
    <w:lvl w:ilvl="3" w:tplc="0415000F" w:tentative="1">
      <w:start w:val="1"/>
      <w:numFmt w:val="decimal"/>
      <w:lvlText w:val="%4."/>
      <w:lvlJc w:val="left"/>
      <w:pPr>
        <w:ind w:left="3702" w:hanging="360"/>
      </w:pPr>
    </w:lvl>
    <w:lvl w:ilvl="4" w:tplc="04150019" w:tentative="1">
      <w:start w:val="1"/>
      <w:numFmt w:val="lowerLetter"/>
      <w:lvlText w:val="%5."/>
      <w:lvlJc w:val="left"/>
      <w:pPr>
        <w:ind w:left="4422" w:hanging="360"/>
      </w:pPr>
    </w:lvl>
    <w:lvl w:ilvl="5" w:tplc="0415001B" w:tentative="1">
      <w:start w:val="1"/>
      <w:numFmt w:val="lowerRoman"/>
      <w:lvlText w:val="%6."/>
      <w:lvlJc w:val="right"/>
      <w:pPr>
        <w:ind w:left="5142" w:hanging="180"/>
      </w:pPr>
    </w:lvl>
    <w:lvl w:ilvl="6" w:tplc="0415000F" w:tentative="1">
      <w:start w:val="1"/>
      <w:numFmt w:val="decimal"/>
      <w:lvlText w:val="%7."/>
      <w:lvlJc w:val="left"/>
      <w:pPr>
        <w:ind w:left="5862" w:hanging="360"/>
      </w:pPr>
    </w:lvl>
    <w:lvl w:ilvl="7" w:tplc="04150019" w:tentative="1">
      <w:start w:val="1"/>
      <w:numFmt w:val="lowerLetter"/>
      <w:lvlText w:val="%8."/>
      <w:lvlJc w:val="left"/>
      <w:pPr>
        <w:ind w:left="6582" w:hanging="360"/>
      </w:pPr>
    </w:lvl>
    <w:lvl w:ilvl="8" w:tplc="0415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1" w15:restartNumberingAfterBreak="0">
    <w:nsid w:val="27C56F0E"/>
    <w:multiLevelType w:val="hybridMultilevel"/>
    <w:tmpl w:val="74F2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65857"/>
    <w:multiLevelType w:val="hybridMultilevel"/>
    <w:tmpl w:val="1B68C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D7CC3"/>
    <w:multiLevelType w:val="hybridMultilevel"/>
    <w:tmpl w:val="2C6A3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5779"/>
    <w:multiLevelType w:val="hybridMultilevel"/>
    <w:tmpl w:val="F8E6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66041">
    <w:abstractNumId w:val="8"/>
  </w:num>
  <w:num w:numId="2" w16cid:durableId="62260864">
    <w:abstractNumId w:val="6"/>
  </w:num>
  <w:num w:numId="3" w16cid:durableId="1423838017">
    <w:abstractNumId w:val="5"/>
  </w:num>
  <w:num w:numId="4" w16cid:durableId="1891724416">
    <w:abstractNumId w:val="4"/>
  </w:num>
  <w:num w:numId="5" w16cid:durableId="1463384341">
    <w:abstractNumId w:val="7"/>
  </w:num>
  <w:num w:numId="6" w16cid:durableId="762187152">
    <w:abstractNumId w:val="3"/>
  </w:num>
  <w:num w:numId="7" w16cid:durableId="511920527">
    <w:abstractNumId w:val="2"/>
  </w:num>
  <w:num w:numId="8" w16cid:durableId="453209735">
    <w:abstractNumId w:val="1"/>
  </w:num>
  <w:num w:numId="9" w16cid:durableId="489954009">
    <w:abstractNumId w:val="0"/>
  </w:num>
  <w:num w:numId="10" w16cid:durableId="221253482">
    <w:abstractNumId w:val="9"/>
  </w:num>
  <w:num w:numId="11" w16cid:durableId="220946620">
    <w:abstractNumId w:val="12"/>
  </w:num>
  <w:num w:numId="12" w16cid:durableId="1634404524">
    <w:abstractNumId w:val="14"/>
  </w:num>
  <w:num w:numId="13" w16cid:durableId="595410190">
    <w:abstractNumId w:val="10"/>
  </w:num>
  <w:num w:numId="14" w16cid:durableId="1611888151">
    <w:abstractNumId w:val="11"/>
  </w:num>
  <w:num w:numId="15" w16cid:durableId="13730728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B18"/>
    <w:rsid w:val="0015074B"/>
    <w:rsid w:val="0029639D"/>
    <w:rsid w:val="00326F90"/>
    <w:rsid w:val="00512F74"/>
    <w:rsid w:val="007D43CA"/>
    <w:rsid w:val="009B2E44"/>
    <w:rsid w:val="00A05EFA"/>
    <w:rsid w:val="00AA1D8D"/>
    <w:rsid w:val="00B47730"/>
    <w:rsid w:val="00C103F0"/>
    <w:rsid w:val="00CB0664"/>
    <w:rsid w:val="00D1122C"/>
    <w:rsid w:val="00FB74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24665"/>
  <w14:defaultImageDpi w14:val="300"/>
  <w15:docId w15:val="{97730363-D469-4110-B819-5C21DB1B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Piw Strzelin</cp:lastModifiedBy>
  <cp:revision>2</cp:revision>
  <dcterms:created xsi:type="dcterms:W3CDTF">2026-05-22T09:26:00Z</dcterms:created>
  <dcterms:modified xsi:type="dcterms:W3CDTF">2026-05-22T09:26:00Z</dcterms:modified>
  <cp:category/>
</cp:coreProperties>
</file>